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4819"/>
        <w:gridCol w:w="4819"/>
      </w:tblGrid>
      <w:tr>
        <w:trPr>
          <w:trHeight w:val="1474" w:hRule="atLeast"/>
        </w:trPr>
        <w:tc>
          <w:tcPr>
            <w:tcW w:type="dxa" w:w="5783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left"/>
            </w:pPr>
            <w:r>
              <w:rPr>
                <w:b/>
                <w:bCs/>
                <w:sz w:val="26"/>
                <w:szCs w:val="26"/>
              </w:rPr>
              <w:t>[ اسم المنشأة ]</w:t>
            </w:r>
          </w:p>
        </w:tc>
        <w:tc>
          <w:tcPr>
            <w:tcW w:type="dxa" w:w="3855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right"/>
            </w:pPr>
            <w:r>
              <w:rPr/>
              <w:t xml:space="preserve">التاريخ: </w:t>
            </w:r>
            <w:r>
              <w:rPr/>
              <w:t>[ تاريخ الرسالة ]</w:t>
            </w:r>
            <w:r>
              <w:t>‏</w:t>
            </w:r>
          </w:p>
        </w:tc>
      </w:tr>
    </w:tbl>
    <w:p>
      <w:pPr>
        <w:spacing w:after="0" w:line="60" w:lineRule="exact"/>
        <w:pBdr>
          <w:top w:val="single" w:sz="18" w:space="0" w:color="7EF2C2"/>
        </w:pBdr>
      </w:pPr>
      <w:r>
        <w:rPr>
          <w:sz w:val="4"/>
        </w:rPr>
      </w:r>
    </w:p>
    <w:p>
      <w:pPr>
        <w:spacing w:before="200" w:after="240"/>
        <w:jc w:val="center"/>
      </w:pPr>
      <w:r>
        <w:rPr>
          <w:b/>
          <w:bCs/>
          <w:sz w:val="30"/>
          <w:szCs w:val="30"/>
        </w:rPr>
        <w:t>رسالة وداع</w:t>
      </w:r>
    </w:p>
    <w:p>
      <w:pPr>
        <w:jc w:val="both"/>
      </w:pPr>
      <w:r>
        <w:rPr/>
        <w:t xml:space="preserve">إلى </w:t>
      </w:r>
      <w:r>
        <w:rPr/>
        <w:t>[ المرسل إليهم (الفريق أو القسم) ]</w:t>
      </w:r>
      <w:r>
        <w:rPr/>
        <w:t xml:space="preserve"> في </w:t>
      </w:r>
      <w:r>
        <w:rPr/>
        <w:t>[ اسم المنشأة ]</w:t>
      </w:r>
      <w:r>
        <w:rPr/>
        <w:t>، المحترمين</w:t>
      </w:r>
    </w:p>
    <w:p>
      <w:pPr>
        <w:jc w:val="both"/>
      </w:pPr>
      <w:r>
        <w:rPr/>
        <w:t>السلام عليكم ورحمة الله وبركاته، وتحية طيبة لكل واحد منكم.</w:t>
      </w:r>
    </w:p>
    <w:p>
      <w:pPr>
        <w:jc w:val="both"/>
      </w:pPr>
      <w:r>
        <w:rPr/>
        <w:t>الموضوع: توديع زملاء العمل</w:t>
      </w:r>
    </w:p>
    <w:p>
      <w:pPr>
        <w:jc w:val="both"/>
      </w:pPr>
      <w:r>
        <w:rPr/>
        <w:t xml:space="preserve">أكتب إليكم لأخبركم أن يوم </w:t>
      </w:r>
      <w:r>
        <w:rPr/>
        <w:t>[ آخر يوم عمل ]</w:t>
      </w:r>
      <w:r>
        <w:t>‏</w:t>
      </w:r>
      <w:r>
        <w:rPr/>
        <w:t xml:space="preserve"> هو آخر أيام عملي في المنشأة، بعد </w:t>
      </w:r>
      <w:r>
        <w:rPr/>
        <w:t>[ مدة العمل في المنشأة ]</w:t>
      </w:r>
      <w:r>
        <w:rPr/>
        <w:t xml:space="preserve"> عملت فيها بينكم في وظيفة </w:t>
      </w:r>
      <w:r>
        <w:rPr/>
        <w:t>[ المسمى الوظيفي ]</w:t>
      </w:r>
      <w:r>
        <w:rPr/>
        <w:t xml:space="preserve"> بقسم </w:t>
      </w:r>
      <w:r>
        <w:rPr/>
        <w:t>[ القسم أو الإدارة ]</w:t>
      </w:r>
      <w:r>
        <w:rPr/>
        <w:t>.</w:t>
      </w:r>
    </w:p>
    <w:p>
      <w:pPr>
        <w:jc w:val="both"/>
      </w:pPr>
      <w:r>
        <w:rPr/>
        <w:t xml:space="preserve">أشكر </w:t>
      </w:r>
      <w:r>
        <w:rPr/>
        <w:t>[ اسم المدير المباشر ]</w:t>
      </w:r>
      <w:r>
        <w:rPr/>
        <w:t xml:space="preserve"> على التوجيه والثقة طوال هذه المدة، وأشكر كل واحد منكم على ما وجدته عنده من عون حين احتجت إليه. سأحمل معي ذكرى </w:t>
      </w:r>
      <w:r>
        <w:rPr/>
        <w:t>[ موقف أو مشروع تعتز به (عبارة اسمية) ]</w:t>
      </w:r>
      <w:r>
        <w:rPr/>
        <w:t xml:space="preserve">، وما تعلمته منكم من </w:t>
      </w:r>
      <w:r>
        <w:rPr/>
        <w:t>[ ما تعلمته من الفريق (عبارة اسمية) ]</w:t>
      </w:r>
      <w:r>
        <w:rPr/>
        <w:t>.</w:t>
      </w:r>
    </w:p>
    <w:p>
      <w:pPr>
        <w:jc w:val="both"/>
      </w:pPr>
      <w:r>
        <w:rPr/>
        <w:t xml:space="preserve">وقد سلمت مهامي الجارية وملفاتها كاملة، فتنتقل متابعتها من اليوم إلى </w:t>
      </w:r>
      <w:r>
        <w:rPr/>
        <w:t>[ من يتولى متابعة مهامي ]</w:t>
      </w:r>
      <w:r>
        <w:rPr/>
        <w:t>، وما كنتم تراجعونني فيه فمرجعكم فيه من تسلّمها.</w:t>
      </w:r>
    </w:p>
    <w:p>
      <w:pPr>
        <w:jc w:val="both"/>
      </w:pPr>
      <w:r>
        <w:rPr/>
        <w:t xml:space="preserve">أنتقل بعدها إلى </w:t>
      </w:r>
      <w:r>
        <w:rPr/>
        <w:t>[ وجهتي بعد المغادرة (عبارة عامة) ]</w:t>
      </w:r>
      <w:r>
        <w:rPr/>
        <w:t>، وأرجو لكم وللمنشأة دوام التوفيق.</w:t>
      </w:r>
    </w:p>
    <w:p>
      <w:pPr>
        <w:jc w:val="both"/>
      </w:pPr>
      <w:r>
        <w:rPr/>
        <w:t xml:space="preserve">ويسعدني أن يبقى التواصل بيننا قائماً عبر </w:t>
      </w:r>
      <w:r>
        <w:rPr/>
        <w:t>[ وسيلة تواصل شخصية بعد المغادرة ]</w:t>
      </w:r>
      <w:r>
        <w:rPr/>
        <w:t>. بارك الله فيكم، وجزاكم عني خير الجزاء.</w:t>
      </w:r>
    </w:p>
    <w:p>
      <w:pPr>
        <w:jc w:val="both"/>
      </w:pPr>
      <w:r>
        <w:rPr/>
        <w:t>مع خالص التحية والتقدير.</w:t>
      </w:r>
    </w:p>
    <w:p>
      <w:pPr>
        <w:spacing w:after="0" w:line="2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type="dxa" w:w="6123"/>
          </w:tcPr>
          <w:p/>
        </w:tc>
        <w:tc>
          <w:tcPr>
            <w:tcW w:type="dxa" w:w="3515"/>
          </w:tcPr>
          <w:p>
            <w:pPr>
              <w:spacing w:after="40"/>
              <w:jc w:val="center"/>
            </w:pPr>
            <w:r>
              <w:rPr>
                <w:b/>
                <w:bCs/>
              </w:rPr>
              <w:t>[ اسم المرسل ]</w:t>
            </w:r>
          </w:p>
          <w:p>
            <w:pPr>
              <w:spacing w:after="40"/>
              <w:jc w:val="center"/>
            </w:pPr>
            <w:r>
              <w:rPr/>
              <w:t>[ المسمى الوظيفي ]</w:t>
            </w:r>
          </w:p>
          <w:p>
            <w:pPr>
              <w:spacing w:before="520" w:after="0"/>
              <w:jc w:val="center"/>
              <w:pBdr>
                <w:top w:val="single" w:sz="6" w:space="2" w:color="000000"/>
              </w:pBdr>
            </w:pPr>
            <w:r>
              <w:rPr>
                <w:sz w:val="18"/>
                <w:szCs w:val="18"/>
              </w:rPr>
              <w:t>التوقيع</w:t>
            </w:r>
          </w:p>
        </w:tc>
      </w:tr>
    </w:tbl>
    <w:sectPr w:rsidR="00FC693F" w:rsidRPr="0006063C" w:rsidSect="00034616">
      <w:pgSz w:w="11906" w:h="16838"/>
      <w:pgMar w:top="794" w:right="1134" w:bottom="794" w:left="1134" w:header="454" w:footer="45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line="312" w:lineRule="auto" w:before="0" w:after="100"/>
    </w:pPr>
    <w:rPr>
      <w:rFonts w:ascii="Arial" w:hAnsi="Arial" w:cs="Arial" w:eastAsia="Arial"/>
      <w:sz w:val="22"/>
      <w:szCs w:val="22"/>
      <w:rtl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رسالة وداع</dc:title>
  <dc:subject/>
  <dc:creator>قيود دوت كوم</dc:creator>
  <cp:keywords/>
  <dc:description/>
  <cp:lastModifiedBy>قيود دوت كوم</cp:lastModifiedBy>
  <cp:revision>1</cp:revision>
  <dcterms:created xsi:type="dcterms:W3CDTF">2026-10-07T00:00:00Z</dcterms:created>
  <dcterms:modified xsi:type="dcterms:W3CDTF">2026-10-07T00:00:00Z</dcterms:modified>
  <cp:category/>
</cp:coreProperties>
</file>