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4819"/>
        <w:gridCol w:w="4819"/>
      </w:tblGrid>
      <w:tr>
        <w:trPr>
          <w:trHeight w:val="1474" w:hRule="atLeast"/>
        </w:trPr>
        <w:tc>
          <w:tcPr>
            <w:tcW w:type="dxa" w:w="5783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left"/>
            </w:pPr>
            <w:r>
              <w:rPr>
                <w:b/>
                <w:bCs/>
                <w:sz w:val="26"/>
                <w:szCs w:val="26"/>
              </w:rPr>
              <w:t>[ اسم المنشأة ]</w:t>
            </w:r>
          </w:p>
        </w:tc>
        <w:tc>
          <w:tcPr>
            <w:tcW w:type="dxa" w:w="3855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right"/>
            </w:pPr>
            <w:r>
              <w:rPr/>
              <w:t xml:space="preserve">التاريخ: </w:t>
            </w:r>
            <w:r>
              <w:rPr/>
              <w:t>[ تاريخ الخطاب ]</w:t>
            </w:r>
            <w:r>
              <w:t>‏</w:t>
            </w:r>
          </w:p>
        </w:tc>
      </w:tr>
    </w:tbl>
    <w:p>
      <w:pPr>
        <w:spacing w:after="0" w:line="60" w:lineRule="exact"/>
        <w:pBdr>
          <w:top w:val="single" w:sz="18" w:space="0" w:color="7EF2C2"/>
        </w:pBdr>
      </w:pPr>
      <w:r>
        <w:rPr>
          <w:sz w:val="4"/>
        </w:rPr>
      </w:r>
    </w:p>
    <w:p>
      <w:pPr>
        <w:spacing w:before="200" w:after="240"/>
        <w:jc w:val="center"/>
      </w:pPr>
      <w:r>
        <w:rPr>
          <w:b/>
          <w:bCs/>
          <w:sz w:val="30"/>
          <w:szCs w:val="30"/>
        </w:rPr>
        <w:t>إنذار كتابي</w:t>
      </w:r>
    </w:p>
    <w:p>
      <w:pPr>
        <w:jc w:val="both"/>
      </w:pPr>
      <w:r>
        <w:rPr/>
        <w:t xml:space="preserve">رقم الخطاب: </w:t>
      </w:r>
      <w:r>
        <w:rPr/>
        <w:t>[ رقم الخطاب ]</w:t>
      </w:r>
      <w:r>
        <w:t>‏</w:t>
      </w:r>
    </w:p>
    <w:p>
      <w:pPr>
        <w:jc w:val="both"/>
      </w:pPr>
      <w:r>
        <w:rPr/>
        <w:t xml:space="preserve">إلى الموظف: </w:t>
      </w:r>
      <w:r>
        <w:rPr/>
        <w:t>[ اسم الموظف ]</w:t>
      </w:r>
      <w:r>
        <w:rPr/>
        <w:t xml:space="preserve">، </w:t>
      </w:r>
      <w:r>
        <w:rPr/>
        <w:t>[ المسمى الوظيفي ]</w:t>
      </w:r>
      <w:r>
        <w:rPr/>
        <w:t xml:space="preserve">، الرقم الوظيفي </w:t>
      </w:r>
      <w:r>
        <w:rPr/>
        <w:t>[ الرقم الوظيفي ]</w:t>
      </w:r>
      <w:r>
        <w:t>‏</w:t>
      </w:r>
    </w:p>
    <w:p>
      <w:pPr>
        <w:jc w:val="both"/>
      </w:pPr>
      <w:r>
        <w:rPr/>
        <w:t>السلام عليكم ورحمة الله وبركاته، أما بعد:</w:t>
      </w:r>
    </w:p>
    <w:p>
      <w:pPr>
        <w:jc w:val="both"/>
      </w:pPr>
      <w:r>
        <w:rPr/>
        <w:t>الموضوع: إنذار كتابي</w:t>
      </w:r>
    </w:p>
    <w:p>
      <w:pPr>
        <w:jc w:val="both"/>
      </w:pPr>
      <w:r>
        <w:rPr/>
        <w:t xml:space="preserve">أبلغتك المنشأة كتابة بتاريخ </w:t>
      </w:r>
      <w:r>
        <w:rPr/>
        <w:t>[ تاريخ إبلاغ الموظف كتابة بالمخالفة ]</w:t>
      </w:r>
      <w:r>
        <w:t>‏</w:t>
      </w:r>
      <w:r>
        <w:rPr/>
        <w:t xml:space="preserve"> بالمخالفة المنسوبة إليك، وجرى استجوابك وسماع دفاعك بتاريخ </w:t>
      </w:r>
      <w:r>
        <w:rPr/>
        <w:t>[ تاريخ استجوابه وسماع دفاعه ]</w:t>
      </w:r>
      <w:r>
        <w:t>‏</w:t>
      </w:r>
      <w:r>
        <w:rPr/>
        <w:t xml:space="preserve">، ودون ذلك في محضر محفوظ في ملفك الوظيفي، وثبت في حقك أنك بتاريخ </w:t>
      </w:r>
      <w:r>
        <w:rPr/>
        <w:t>[ تاريخ المخالفة ]</w:t>
      </w:r>
      <w:r>
        <w:t>‏</w:t>
      </w:r>
      <w:r>
        <w:rPr/>
        <w:t xml:space="preserve"> </w:t>
      </w:r>
      <w:r>
        <w:rPr/>
        <w:t>[ وصف المخالفة بصيغة المخاطب ]</w:t>
      </w:r>
      <w:r>
        <w:rPr/>
        <w:t>.</w:t>
      </w:r>
    </w:p>
    <w:p>
      <w:pPr>
        <w:jc w:val="both"/>
      </w:pPr>
      <w:r>
        <w:rPr/>
        <w:t xml:space="preserve">ويعد ذلك مخالفة للبند </w:t>
      </w:r>
      <w:r>
        <w:rPr/>
        <w:t>[ رقم بند المخالفة في لائحة تنظيم العمل ]</w:t>
      </w:r>
      <w:r>
        <w:t>‏</w:t>
      </w:r>
      <w:r>
        <w:rPr/>
        <w:t xml:space="preserve"> من لائحة تنظيم العمل المعتمدة في </w:t>
      </w:r>
      <w:r>
        <w:rPr/>
        <w:t>[ اسم المنشأة ]</w:t>
      </w:r>
      <w:r>
        <w:rPr/>
        <w:t>، ولهذا قررت المنشأة توقيع جزاء الإنذار عليك، وهو الجزاء الأول بين الجزاءات التأديبية الواردة في المادة 66 من نظام العمل.</w:t>
      </w:r>
    </w:p>
    <w:p>
      <w:pPr>
        <w:jc w:val="both"/>
      </w:pPr>
      <w:r>
        <w:rPr/>
        <w:t>وننبهك إلى وجوب التقيد بأحكام اللائحة وتعليمات العمل، وإلى أن تكرار المخالفة قد يعرضك لجزاء أشد وفق ما تقرره اللائحة ونظام العمل.</w:t>
      </w:r>
    </w:p>
    <w:p>
      <w:pPr>
        <w:jc w:val="both"/>
      </w:pPr>
      <w:r>
        <w:rPr/>
        <w:t xml:space="preserve">ويحق لك التظلم من هذا القرار كتابة إلى </w:t>
      </w:r>
      <w:r>
        <w:rPr/>
        <w:t>[ الجهة التي يتظلم إليها الموظف في المنشأة ]</w:t>
      </w:r>
      <w:r>
        <w:rPr/>
        <w:t xml:space="preserve"> خلال 30 يوماً من تاريخ إبلاغك به، لا تحسب منها أيام العطل الرسمية، وفق المادة 72 من نظام العمل.</w:t>
      </w:r>
    </w:p>
    <w:p>
      <w:pPr>
        <w:jc w:val="both"/>
      </w:pPr>
      <w:r>
        <w:rPr/>
        <w:t>وتحفظ نسخة من هذا الإنذار مع محضر التحقيق في ملفك الوظيفي.</w:t>
      </w:r>
    </w:p>
    <w:p>
      <w:pPr>
        <w:jc w:val="both"/>
      </w:pPr>
      <w:r>
        <w:rPr/>
        <w:t>وتفضل بقبول التحية والتقدير.</w:t>
      </w:r>
    </w:p>
    <w:p>
      <w:pPr>
        <w:spacing w:after="0" w:line="2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3213"/>
        <w:gridCol w:w="3213"/>
        <w:gridCol w:w="3213"/>
      </w:tblGrid>
      <w:tr>
        <w:tc>
          <w:tcPr>
            <w:tcW w:type="dxa" w:w="4082"/>
          </w:tcPr>
          <w:p/>
        </w:tc>
        <w:tc>
          <w:tcPr>
            <w:tcW w:type="dxa" w:w="3515"/>
          </w:tcPr>
          <w:p>
            <w:pPr>
              <w:spacing w:after="40"/>
              <w:jc w:val="center"/>
            </w:pPr>
            <w:r>
              <w:rPr>
                <w:b/>
                <w:bCs/>
              </w:rPr>
              <w:t>[ اسم المفوض بالتوقيع ]</w:t>
            </w:r>
          </w:p>
          <w:p>
            <w:pPr>
              <w:spacing w:after="40"/>
              <w:jc w:val="center"/>
            </w:pPr>
            <w:r>
              <w:rPr/>
              <w:t>[ صفة المفوض بالتوقيع ]</w:t>
            </w:r>
          </w:p>
          <w:p>
            <w:pPr>
              <w:spacing w:before="520" w:after="0"/>
              <w:jc w:val="center"/>
              <w:pBdr>
                <w:top w:val="single" w:sz="6" w:space="2" w:color="000000"/>
              </w:pBdr>
            </w:pPr>
            <w:r>
              <w:rPr>
                <w:sz w:val="18"/>
                <w:szCs w:val="18"/>
              </w:rPr>
              <w:t>التوقيع</w:t>
            </w:r>
          </w:p>
        </w:tc>
        <w:tc>
          <w:tcPr>
            <w:tcW w:type="dxa" w:w="2041"/>
          </w:tcPr>
          <w:tbl>
            <w:tblPr>
              <w:tblW w:type="auto" w:w="0"/>
              <w:tblLook w:firstColumn="1" w:firstRow="1" w:lastColumn="0" w:lastRow="0" w:noHBand="0" w:noVBand="1" w:val="04A0"/>
              <w:bidiVisual/>
              <w:jc w:val="center"/>
            </w:tblPr>
            <w:tblGrid>
              <w:gridCol w:w="2041"/>
            </w:tblGrid>
            <w:tr>
              <w:trPr>
                <w:trHeight w:val="1814" w:hRule="exact"/>
              </w:trPr>
              <w:tc>
                <w:tcPr>
                  <w:tcW w:type="dxa" w:w="1814"/>
                  <w:vAlign w:val="center"/>
                  <w:tcBorders>
                    <w:top w:val="dashed" w:sz="6" w:space="0" w:color="000000"/>
                    <w:left w:val="dashed" w:sz="6" w:space="0" w:color="000000"/>
                    <w:bottom w:val="dashed" w:sz="6" w:space="0" w:color="000000"/>
                    <w:right w:val="dashed" w:sz="6" w:space="0" w:color="000000"/>
                  </w:tcBorders>
                </w:tcPr>
                <w:p>
                  <w:pPr>
                    <w:spacing w:after="0"/>
                    <w:jc w:val="center"/>
                  </w:pPr>
                  <w:r>
                    <w:rPr>
                      <w:sz w:val="18"/>
                      <w:szCs w:val="18"/>
                      <w:color w:val="6B6B6B"/>
                    </w:rPr>
                    <w:t>الختم</w:t>
                  </w:r>
                </w:p>
              </w:tc>
            </w:tr>
          </w:tbl>
          <w:p/>
          <w:p>
            <w:pPr>
              <w:spacing w:after="0" w:line="40" w:lineRule="exact"/>
            </w:pPr>
          </w:p>
        </w:tc>
      </w:tr>
    </w:tbl>
    <w:p>
      <w:pPr>
        <w:spacing w:before="280" w:after="60"/>
        <w:pBdr>
          <w:top w:val="single" w:sz="4" w:space="6" w:color="000000"/>
        </w:pBdr>
      </w:pPr>
      <w:r>
        <w:rPr>
          <w:b/>
          <w:bCs/>
        </w:rPr>
        <w:t>إقرار الموظف بالاستلام</w:t>
      </w:r>
    </w:p>
    <w:p>
      <w:pPr>
        <w:jc w:val="both"/>
      </w:pPr>
      <w:r>
        <w:rPr/>
        <w:t xml:space="preserve">استلمت أصل هذا الإنذار بتاريخ </w:t>
      </w:r>
      <w:r>
        <w:rPr/>
        <w:t>[ تاريخ استلام الموظف للإنذار ]</w:t>
      </w:r>
      <w:r>
        <w:t>‏</w:t>
      </w:r>
      <w:r>
        <w:rPr/>
        <w:t>، وتوقيعي أدناه إثبات للاستلام فقط، ولا يسقط حقي في التظلم.</w:t>
      </w:r>
    </w:p>
    <w:p>
      <w:pPr>
        <w:tabs>
          <w:tab w:val="left" w:leader="dot" w:pos="9637"/>
        </w:tabs>
        <w:spacing w:before="120"/>
      </w:pPr>
      <w:r>
        <w:rPr/>
        <w:t>توقيع الموظف:</w:t>
      </w:r>
      <w:r>
        <w:rPr/>
        <w:t xml:space="preserve"> </w:t>
      </w:r>
      <w:r>
        <w:tab/>
      </w:r>
    </w:p>
    <w:sectPr w:rsidR="00FC693F" w:rsidRPr="0006063C" w:rsidSect="00034616">
      <w:pgSz w:w="11906" w:h="16838"/>
      <w:pgMar w:top="794" w:right="1134" w:bottom="794" w:left="1134" w:header="454" w:footer="45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line="312" w:lineRule="auto" w:before="0" w:after="100"/>
    </w:pPr>
    <w:rPr>
      <w:rFonts w:ascii="Arial" w:hAnsi="Arial" w:cs="Arial" w:eastAsia="Arial"/>
      <w:sz w:val="22"/>
      <w:szCs w:val="22"/>
      <w:rtl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إنذار كتابي</dc:title>
  <dc:subject/>
  <dc:creator>قيود دوت كوم</dc:creator>
  <cp:keywords/>
  <dc:description/>
  <cp:lastModifiedBy>قيود دوت كوم</cp:lastModifiedBy>
  <cp:revision>1</cp:revision>
  <dcterms:created xsi:type="dcterms:W3CDTF">2026-10-06T00:00:00Z</dcterms:created>
  <dcterms:modified xsi:type="dcterms:W3CDTF">2026-10-06T00:00:00Z</dcterms:modified>
  <cp:category/>
</cp:coreProperties>
</file>