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الطلب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طلب إجازة مرضية</w:t>
      </w:r>
    </w:p>
    <w:p>
      <w:pPr>
        <w:jc w:val="both"/>
      </w:pPr>
      <w:r>
        <w:rPr/>
        <w:t xml:space="preserve">سعادة </w:t>
      </w:r>
      <w:r>
        <w:rPr/>
        <w:t>[ الجهة الموجه إليها الطلب ]</w:t>
      </w:r>
      <w:r>
        <w:rPr/>
        <w:t xml:space="preserve"> المحترم</w:t>
      </w:r>
    </w:p>
    <w:p>
      <w:pPr>
        <w:jc w:val="both"/>
      </w:pPr>
      <w:r>
        <w:rPr/>
        <w:t>أهديكم أطيب التحيات، وبعد:</w:t>
      </w:r>
    </w:p>
    <w:p>
      <w:pPr>
        <w:jc w:val="both"/>
      </w:pPr>
      <w:r>
        <w:rPr/>
        <w:t>الموضوع: طلب إجازة مرضية</w:t>
      </w:r>
    </w:p>
    <w:p>
      <w:pPr>
        <w:jc w:val="both"/>
      </w:pPr>
      <w:r>
        <w:rPr/>
        <w:t xml:space="preserve">أنا </w:t>
      </w:r>
      <w:r>
        <w:rPr/>
        <w:t>[ اسم الموظف ]</w:t>
      </w:r>
      <w:r>
        <w:rPr/>
        <w:t xml:space="preserve">، أعمل بوظيفة </w:t>
      </w:r>
      <w:r>
        <w:rPr/>
        <w:t>[ المسمى الوظيفي ]</w:t>
      </w:r>
      <w:r>
        <w:rPr/>
        <w:t xml:space="preserve"> في </w:t>
      </w:r>
      <w:r>
        <w:rPr/>
        <w:t>[ الإدارة أو القسم ]</w:t>
      </w:r>
      <w:r>
        <w:rPr/>
        <w:t xml:space="preserve"> برقم وظيفي </w:t>
      </w:r>
      <w:r>
        <w:rPr/>
        <w:t>[ الرقم الوظيفي ]</w:t>
      </w:r>
      <w:r>
        <w:t>‏</w:t>
      </w:r>
      <w:r>
        <w:rPr/>
        <w:t xml:space="preserve">، أتقدم إليكم بطلب اعتماد إجازة مرضية تبدأ يوم </w:t>
      </w:r>
      <w:r>
        <w:rPr/>
        <w:t>[ أول يوم في الإجازة ]</w:t>
      </w:r>
      <w:r>
        <w:t>‏</w:t>
      </w:r>
      <w:r>
        <w:rPr/>
        <w:t xml:space="preserve"> وتنتهي يوم </w:t>
      </w:r>
      <w:r>
        <w:rPr/>
        <w:t>[ آخر يوم في الإجازة ]</w:t>
      </w:r>
      <w:r>
        <w:t>‏</w:t>
      </w:r>
      <w:r>
        <w:rPr/>
        <w:t xml:space="preserve">، وعدد أيامها: </w:t>
      </w:r>
      <w:r>
        <w:rPr/>
        <w:t>[ عدد أيام الإجازة ]</w:t>
      </w:r>
      <w:r>
        <w:t>‏</w:t>
      </w:r>
      <w:r>
        <w:rPr/>
        <w:t>.</w:t>
      </w:r>
    </w:p>
    <w:p>
      <w:pPr>
        <w:jc w:val="both"/>
      </w:pPr>
      <w:r>
        <w:rPr/>
        <w:t xml:space="preserve">وأرفق بهذا الطلب التقرير الطبي المثبت للإجازة، الصادر عن </w:t>
      </w:r>
      <w:r>
        <w:rPr/>
        <w:t>[ الجهة الصادر عنها التقرير الطبي ]</w:t>
      </w:r>
      <w:r>
        <w:rPr/>
        <w:t xml:space="preserve"> بتاريخ </w:t>
      </w:r>
      <w:r>
        <w:rPr/>
        <w:t>[ تاريخ التقرير الطبي ]</w:t>
      </w:r>
      <w:r>
        <w:t>‏</w:t>
      </w:r>
      <w:r>
        <w:rPr/>
        <w:t xml:space="preserve">، ورقمه أو رمز التحقق منه: </w:t>
      </w:r>
      <w:r>
        <w:rPr/>
        <w:t>[ رقم التقرير أو رمز التحقق إن وجد ]</w:t>
      </w:r>
      <w:r>
        <w:t>‏</w:t>
      </w:r>
      <w:r>
        <w:rPr/>
        <w:t>.</w:t>
      </w:r>
    </w:p>
    <w:p>
      <w:pPr>
        <w:jc w:val="both"/>
      </w:pPr>
      <w:r>
        <w:rPr/>
        <w:t xml:space="preserve">وقد أبلغت المنشأة بغيابي قبل تقديم هذا الطلب على النحو الآتي: </w:t>
      </w:r>
      <w:r>
        <w:rPr/>
        <w:t>[ من أبلغته بالغياب وكيف ومتى ]</w:t>
      </w:r>
      <w:r>
        <w:rPr/>
        <w:t>.</w:t>
      </w:r>
    </w:p>
    <w:p>
      <w:pPr>
        <w:jc w:val="both"/>
      </w:pPr>
      <w:r>
        <w:rPr/>
        <w:t xml:space="preserve">أرجو تسجيل هذه الأيام في سجل إجازاتي المرضية، ويمكن التواصل معي أثناء الإجازة على الرقم </w:t>
      </w:r>
      <w:r>
        <w:rPr/>
        <w:t>[ رقم الجوال أثناء الإجازة ]</w:t>
      </w:r>
      <w:r>
        <w:t>‏</w:t>
      </w:r>
      <w:r>
        <w:rPr/>
        <w:t>.</w:t>
      </w:r>
    </w:p>
    <w:p>
      <w:pPr>
        <w:jc w:val="both"/>
      </w:pPr>
      <w:r>
        <w:rPr/>
        <w:t>وسأباشر عملي في أول يوم عمل بعد انتهاء الإجازة، وإن اقتضت حالتي تمديدها فسأقدم تقريراً طبياً جديداً وطلباً بالأيام الإضافية.</w:t>
      </w:r>
    </w:p>
    <w:p>
      <w:pPr>
        <w:jc w:val="both"/>
      </w:pPr>
      <w:r>
        <w:rPr/>
        <w:t>وتفضلوا بقبول خالص التحية والتقدير.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type="dxa" w:w="6123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الموظف ]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</w:tr>
    </w:tbl>
    <w:p>
      <w:pPr>
        <w:spacing w:before="280" w:after="60"/>
        <w:pBdr>
          <w:top w:val="single" w:sz="4" w:space="6" w:color="000000"/>
        </w:pBdr>
      </w:pPr>
      <w:r>
        <w:rPr>
          <w:b/>
          <w:bCs/>
        </w:rPr>
        <w:t>ملاحظات الموارد البشرية</w:t>
      </w:r>
    </w:p>
    <w:p>
      <w:pPr>
        <w:tabs>
          <w:tab w:val="left" w:leader="dot" w:pos="9637"/>
        </w:tabs>
        <w:spacing w:before="120"/>
      </w:pPr>
      <w:r>
        <w:tab/>
      </w:r>
    </w:p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إجازة مرضية</dc:title>
  <dc:subject/>
  <dc:creator>قيود دوت كوم</dc:creator>
  <cp:keywords/>
  <dc:description/>
  <cp:lastModifiedBy>قيود دوت كوم</cp:lastModifiedBy>
  <cp:revision>1</cp:revision>
  <dcterms:created xsi:type="dcterms:W3CDTF">2026-10-07T00:00:00Z</dcterms:created>
  <dcterms:modified xsi:type="dcterms:W3CDTF">2026-10-07T00:00:00Z</dcterms:modified>
  <cp:category/>
</cp:coreProperties>
</file>