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CellMar>
          <w:left w:w="0" w:type="dxa"/>
          <w:right w:w="0" w:type="dxa"/>
        </w:tblCellMar>
      </w:tblPr>
      <w:tblGrid>
        <w:gridCol w:w="4819"/>
        <w:gridCol w:w="4819"/>
      </w:tblGrid>
      <w:tr>
        <w:trPr>
          <w:trHeight w:val="1474" w:hRule="atLeast"/>
        </w:trPr>
        <w:tc>
          <w:tcPr>
            <w:tcW w:type="dxa" w:w="5783"/>
            <w:vAlign w:val="bottom"/>
            <w:tcBorders>
              <w:bottom w:val="single" w:sz="10" w:space="0" w:color="000000"/>
            </w:tcBorders>
          </w:tcPr>
          <w:p>
            <w:pPr>
              <w:spacing w:after="80"/>
              <w:jc w:val="left"/>
            </w:pPr>
            <w:r>
              <w:rPr>
                <w:b/>
                <w:bCs/>
                <w:sz w:val="26"/>
                <w:szCs w:val="26"/>
              </w:rPr>
              <w:t>[ اسم المنشأة ]</w:t>
            </w:r>
          </w:p>
        </w:tc>
        <w:tc>
          <w:tcPr>
            <w:tcW w:type="dxa" w:w="3855"/>
            <w:vAlign w:val="bottom"/>
            <w:tcBorders>
              <w:bottom w:val="single" w:sz="10" w:space="0" w:color="000000"/>
            </w:tcBorders>
          </w:tcPr>
          <w:p>
            <w:pPr>
              <w:spacing w:after="80"/>
              <w:jc w:val="right"/>
            </w:pPr>
            <w:r>
              <w:rPr/>
              <w:t xml:space="preserve">التاريخ: </w:t>
            </w:r>
            <w:r>
              <w:rPr/>
              <w:t>[ تاريخ تقديم الطلب ]</w:t>
            </w:r>
            <w:r>
              <w:t>‏</w:t>
            </w:r>
          </w:p>
        </w:tc>
      </w:tr>
    </w:tbl>
    <w:p>
      <w:pPr>
        <w:spacing w:after="0" w:line="60" w:lineRule="exact"/>
        <w:pBdr>
          <w:top w:val="single" w:sz="18" w:space="0" w:color="7EF2C2"/>
        </w:pBdr>
      </w:pPr>
      <w:r>
        <w:rPr>
          <w:sz w:val="4"/>
        </w:rPr>
      </w:r>
    </w:p>
    <w:p>
      <w:pPr>
        <w:spacing w:before="200" w:after="240"/>
        <w:jc w:val="center"/>
      </w:pPr>
      <w:r>
        <w:rPr>
          <w:b/>
          <w:bCs/>
          <w:sz w:val="30"/>
          <w:szCs w:val="30"/>
        </w:rPr>
        <w:t>طلب إجازة</w:t>
      </w:r>
    </w:p>
    <w:p>
      <w:pPr>
        <w:jc w:val="both"/>
      </w:pPr>
      <w:r>
        <w:rPr/>
        <w:t xml:space="preserve">المكرم الأستاذ </w:t>
      </w:r>
      <w:r>
        <w:rPr/>
        <w:t>[ اسم المسؤول المباشر ]</w:t>
      </w:r>
      <w:r>
        <w:rPr/>
        <w:t xml:space="preserve">، </w:t>
      </w:r>
      <w:r>
        <w:rPr/>
        <w:t>[ منصب المسؤول المباشر ]</w:t>
      </w:r>
    </w:p>
    <w:p>
      <w:pPr>
        <w:jc w:val="both"/>
      </w:pPr>
      <w:r>
        <w:rPr/>
        <w:t>بعد التحية والتقدير:</w:t>
      </w:r>
    </w:p>
    <w:p>
      <w:pPr>
        <w:jc w:val="both"/>
      </w:pPr>
      <w:r>
        <w:rPr/>
        <w:t xml:space="preserve">الموضوع: طلب إجازة </w:t>
      </w:r>
      <w:r>
        <w:rPr/>
        <w:t>[ نوع الإجازة ]</w:t>
      </w:r>
    </w:p>
    <w:p>
      <w:pPr>
        <w:jc w:val="both"/>
      </w:pPr>
      <w:r>
        <w:rPr/>
        <w:t xml:space="preserve">أنا </w:t>
      </w:r>
      <w:r>
        <w:rPr/>
        <w:t>[ اسم مقدم الطلب ]</w:t>
      </w:r>
      <w:r>
        <w:rPr/>
        <w:t xml:space="preserve">، أشغل وظيفة </w:t>
      </w:r>
      <w:r>
        <w:rPr/>
        <w:t>[ الوظيفة ]</w:t>
      </w:r>
      <w:r>
        <w:rPr/>
        <w:t xml:space="preserve"> في </w:t>
      </w:r>
      <w:r>
        <w:rPr/>
        <w:t>[ الإدارة التي يعمل بها ]</w:t>
      </w:r>
      <w:r>
        <w:rPr/>
        <w:t xml:space="preserve">، ورقمي الوظيفي </w:t>
      </w:r>
      <w:r>
        <w:rPr/>
        <w:t>[ الرقم الوظيفي ]</w:t>
      </w:r>
      <w:r>
        <w:t>‏</w:t>
      </w:r>
      <w:r>
        <w:rPr/>
        <w:t xml:space="preserve">، وقد بدأت العمل لدى </w:t>
      </w:r>
      <w:r>
        <w:rPr/>
        <w:t>[ اسم المنشأة ]</w:t>
      </w:r>
      <w:r>
        <w:rPr/>
        <w:t xml:space="preserve"> في </w:t>
      </w:r>
      <w:r>
        <w:rPr/>
        <w:t>[ تاريخ بدء العمل في المنشأة ]</w:t>
      </w:r>
      <w:r>
        <w:t>‏</w:t>
      </w:r>
      <w:r>
        <w:rPr/>
        <w:t>.</w:t>
      </w:r>
    </w:p>
    <w:p>
      <w:pPr>
        <w:jc w:val="both"/>
      </w:pPr>
      <w:r>
        <w:rPr/>
        <w:t xml:space="preserve">أرجو التكرم بالموافقة على منحي إجازة </w:t>
      </w:r>
      <w:r>
        <w:rPr/>
        <w:t>[ نوع الإجازة ]</w:t>
      </w:r>
      <w:r>
        <w:rPr/>
        <w:t xml:space="preserve"> عدد أيامها </w:t>
      </w:r>
      <w:r>
        <w:rPr/>
        <w:t>[ عدد الأيام المطلوبة ]</w:t>
      </w:r>
      <w:r>
        <w:t>‏</w:t>
      </w:r>
      <w:r>
        <w:rPr/>
        <w:t xml:space="preserve">، أولها يوم </w:t>
      </w:r>
      <w:r>
        <w:rPr/>
        <w:t>[ أول أيام الإجازة ]</w:t>
      </w:r>
      <w:r>
        <w:t>‏</w:t>
      </w:r>
      <w:r>
        <w:rPr/>
        <w:t xml:space="preserve"> وآخرها يوم </w:t>
      </w:r>
      <w:r>
        <w:rPr/>
        <w:t>[ آخر أيام الإجازة ]</w:t>
      </w:r>
      <w:r>
        <w:t>‏</w:t>
      </w:r>
      <w:r>
        <w:rPr/>
        <w:t xml:space="preserve">، وأستأنف عملي يوم </w:t>
      </w:r>
      <w:r>
        <w:rPr/>
        <w:t>[ يوم العودة إلى العمل ]</w:t>
      </w:r>
      <w:r>
        <w:t>‏</w:t>
      </w:r>
      <w:r>
        <w:rPr/>
        <w:t>.</w:t>
      </w:r>
    </w:p>
    <w:p>
      <w:pPr>
        <w:jc w:val="both"/>
      </w:pPr>
      <w:r>
        <w:rPr/>
        <w:t xml:space="preserve">وأقترح أن يتابع الزميل </w:t>
      </w:r>
      <w:r>
        <w:rPr/>
        <w:t>[ الزميل المقترح لتغطية المهام ]</w:t>
      </w:r>
      <w:r>
        <w:rPr/>
        <w:t xml:space="preserve"> أعمالي الجارية مدة غيابي، وسأسلمه قبل بدء الإجازة قائمة بما لدي من مهام مفتوحة. ويمكن الاتصال بي عند الضرورة على الرقم </w:t>
      </w:r>
      <w:r>
        <w:rPr/>
        <w:t>[ رقم الجوال أثناء الإجازة ]</w:t>
      </w:r>
      <w:r>
        <w:t>‏</w:t>
      </w:r>
      <w:r>
        <w:rPr/>
        <w:t>.</w:t>
      </w:r>
    </w:p>
    <w:p>
      <w:pPr>
        <w:jc w:val="both"/>
      </w:pPr>
      <w:r>
        <w:rPr/>
        <w:t>وأدرك أن موعد الإجازة يتقرر بحسب حاجة العمل، وألتزم بما تنتهي إليه الإدارة في هذا الطلب.</w:t>
      </w:r>
    </w:p>
    <w:p>
      <w:pPr>
        <w:jc w:val="both"/>
      </w:pPr>
      <w:r>
        <w:rPr/>
        <w:t>شاكراً لكم تعاونكم، ودمتم بخير.</w:t>
      </w:r>
    </w:p>
    <w:p>
      <w:pPr>
        <w:jc w:val="both"/>
      </w:pPr>
      <w:r>
        <w:rPr/>
        <w:t>نسخة إلى: ملف الموظف.</w:t>
      </w:r>
    </w:p>
    <w:p>
      <w:pPr>
        <w:spacing w:after="0" w:line="20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type="dxa" w:w="6123"/>
          </w:tcPr>
          <w:p/>
        </w:tc>
        <w:tc>
          <w:tcPr>
            <w:tcW w:type="dxa" w:w="3515"/>
          </w:tcPr>
          <w:p>
            <w:pPr>
              <w:spacing w:after="40"/>
              <w:jc w:val="center"/>
            </w:pPr>
            <w:r>
              <w:rPr>
                <w:b/>
                <w:bCs/>
              </w:rPr>
              <w:t>[ اسم مقدم الطلب ]</w:t>
            </w:r>
          </w:p>
          <w:p>
            <w:pPr>
              <w:spacing w:after="40"/>
              <w:jc w:val="center"/>
            </w:pPr>
            <w:r>
              <w:rPr/>
              <w:t>[ الوظيفة ]</w:t>
            </w:r>
          </w:p>
          <w:p>
            <w:pPr>
              <w:spacing w:before="520" w:after="0"/>
              <w:jc w:val="center"/>
              <w:pBdr>
                <w:top w:val="single" w:sz="6" w:space="2" w:color="000000"/>
              </w:pBdr>
            </w:pPr>
            <w:r>
              <w:rPr>
                <w:sz w:val="18"/>
                <w:szCs w:val="18"/>
              </w:rPr>
              <w:t>التوقيع</w:t>
            </w:r>
          </w:p>
        </w:tc>
      </w:tr>
    </w:tbl>
    <w:p>
      <w:pPr>
        <w:spacing w:before="280" w:after="60"/>
        <w:pBdr>
          <w:top w:val="single" w:sz="4" w:space="6" w:color="000000"/>
        </w:pBdr>
      </w:pPr>
      <w:r>
        <w:rPr>
          <w:b/>
          <w:bCs/>
        </w:rPr>
        <w:t>خاص بالإدارة، لا يعبئه مقدم الطلب</w:t>
      </w:r>
    </w:p>
    <w:p>
      <w:r>
        <w:rPr/>
        <w:t>رصيد الإجازة المتاح من واقع السجلات: ........ يوماً</w:t>
      </w:r>
    </w:p>
    <w:p>
      <w:r>
        <w:rPr/>
        <w:t>قرار المسؤول المباشر: موافقة على التواريخ المطلوبة / موافقة بموعد آخر من ........ إلى ........ / تأجيل إلى ........ / اعتذار عن التواريخ المطلوبة</w:t>
      </w:r>
    </w:p>
    <w:p>
      <w:r>
        <w:rPr/>
        <w:t>اسم المسؤول المباشر وتوقيعه: .................... التاريخ: ....................</w:t>
      </w:r>
    </w:p>
    <w:p>
      <w:r>
        <w:rPr/>
        <w:t>اعتماد الموارد البشرية، الاسم والتوقيع: .................... التاريخ: ....................</w:t>
      </w:r>
    </w:p>
    <w:sectPr w:rsidR="00FC693F" w:rsidRPr="0006063C" w:rsidSect="00034616">
      <w:pgSz w:w="11906" w:h="16838"/>
      <w:pgMar w:top="794" w:right="1134" w:bottom="794" w:left="1134" w:header="454" w:footer="45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line="312" w:lineRule="auto" w:before="0" w:after="100"/>
    </w:pPr>
    <w:rPr>
      <w:rFonts w:ascii="Arial" w:hAnsi="Arial" w:cs="Arial" w:eastAsia="Arial"/>
      <w:sz w:val="22"/>
      <w:szCs w:val="22"/>
      <w:rtl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طلب إجازة</dc:title>
  <dc:subject/>
  <dc:creator>قيود دوت كوم</dc:creator>
  <cp:keywords/>
  <dc:description/>
  <cp:lastModifiedBy>قيود دوت كوم</cp:lastModifiedBy>
  <cp:revision>1</cp:revision>
  <dcterms:created xsi:type="dcterms:W3CDTF">2026-10-07T00:00:00Z</dcterms:created>
  <dcterms:modified xsi:type="dcterms:W3CDTF">2026-10-07T00:00:00Z</dcterms:modified>
  <cp:category/>
</cp:coreProperties>
</file>