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4819"/>
        <w:gridCol w:w="4819"/>
      </w:tblGrid>
      <w:tr>
        <w:trPr>
          <w:trHeight w:val="1474" w:hRule="atLeast"/>
        </w:trPr>
        <w:tc>
          <w:tcPr>
            <w:tcW w:type="dxa" w:w="5783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left"/>
            </w:pPr>
            <w:r>
              <w:rPr>
                <w:b/>
                <w:bCs/>
                <w:sz w:val="26"/>
                <w:szCs w:val="26"/>
              </w:rPr>
              <w:t>[ اسم المنشأة ]</w:t>
            </w:r>
          </w:p>
        </w:tc>
        <w:tc>
          <w:tcPr>
            <w:tcW w:type="dxa" w:w="3855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right"/>
            </w:pPr>
            <w:r>
              <w:rPr/>
              <w:t xml:space="preserve">التاريخ: </w:t>
            </w:r>
            <w:r>
              <w:rPr/>
              <w:t>[ تاريخ الخطاب ]</w:t>
            </w:r>
            <w:r>
              <w:t>‏</w:t>
            </w:r>
          </w:p>
        </w:tc>
      </w:tr>
    </w:tbl>
    <w:p>
      <w:pPr>
        <w:spacing w:after="0" w:line="60" w:lineRule="exact"/>
        <w:pBdr>
          <w:top w:val="single" w:sz="18" w:space="0" w:color="7EF2C2"/>
        </w:pBdr>
      </w:pPr>
      <w:r>
        <w:rPr>
          <w:sz w:val="4"/>
        </w:rPr>
      </w:r>
    </w:p>
    <w:p>
      <w:pPr>
        <w:spacing w:before="200" w:after="240"/>
        <w:jc w:val="center"/>
      </w:pPr>
      <w:r>
        <w:rPr>
          <w:b/>
          <w:bCs/>
          <w:sz w:val="30"/>
          <w:szCs w:val="30"/>
        </w:rPr>
        <w:t>لفت نظر</w:t>
      </w:r>
    </w:p>
    <w:p>
      <w:pPr>
        <w:jc w:val="both"/>
      </w:pPr>
      <w:r>
        <w:rPr/>
        <w:t xml:space="preserve">رقم الخطاب: </w:t>
      </w:r>
      <w:r>
        <w:rPr/>
        <w:t>[ رقم الخطاب ]</w:t>
      </w:r>
      <w:r>
        <w:t>‏</w:t>
      </w:r>
    </w:p>
    <w:p>
      <w:pPr>
        <w:jc w:val="both"/>
      </w:pPr>
      <w:r>
        <w:rPr/>
        <w:t xml:space="preserve">المكرم الموظف </w:t>
      </w:r>
      <w:r>
        <w:rPr/>
        <w:t>[ اسم الموظف ]</w:t>
      </w:r>
      <w:r>
        <w:rPr/>
        <w:t xml:space="preserve">، </w:t>
      </w:r>
      <w:r>
        <w:rPr/>
        <w:t>[ المسمى الوظيفي ]</w:t>
      </w:r>
      <w:r>
        <w:rPr/>
        <w:t xml:space="preserve">، </w:t>
      </w:r>
      <w:r>
        <w:rPr/>
        <w:t>[ القسم أو الإدارة ]</w:t>
      </w:r>
      <w:r>
        <w:rPr/>
        <w:t xml:space="preserve">، الرقم الوظيفي </w:t>
      </w:r>
      <w:r>
        <w:rPr/>
        <w:t>[ الرقم الوظيفي ]</w:t>
      </w:r>
      <w:r>
        <w:t>‏</w:t>
      </w:r>
      <w:r>
        <w:rPr/>
        <w:t>، المحترم</w:t>
      </w:r>
    </w:p>
    <w:p>
      <w:pPr>
        <w:jc w:val="both"/>
      </w:pPr>
      <w:r>
        <w:rPr/>
        <w:t>السلام عليكم ورحمة الله وبركاته، وبعد:</w:t>
      </w:r>
    </w:p>
    <w:p>
      <w:pPr>
        <w:jc w:val="both"/>
      </w:pPr>
      <w:r>
        <w:rPr/>
        <w:t>الموضوع: لفت نظر</w:t>
      </w:r>
    </w:p>
    <w:p>
      <w:pPr>
        <w:jc w:val="both"/>
      </w:pPr>
      <w:r>
        <w:rPr/>
        <w:t xml:space="preserve">نحيطكم علماً بأنه لوحظ بتاريخ </w:t>
      </w:r>
      <w:r>
        <w:rPr/>
        <w:t>[ تاريخ الواقعة ]</w:t>
      </w:r>
      <w:r>
        <w:t>‏</w:t>
      </w:r>
      <w:r>
        <w:rPr/>
        <w:t xml:space="preserve"> ما يلي: </w:t>
      </w:r>
      <w:r>
        <w:rPr/>
        <w:t>[ ما حدث ]</w:t>
      </w:r>
      <w:r>
        <w:rPr/>
        <w:t>.</w:t>
      </w:r>
    </w:p>
    <w:p>
      <w:pPr>
        <w:jc w:val="both"/>
      </w:pPr>
      <w:r>
        <w:rPr/>
        <w:t xml:space="preserve">وفي ذلك مخالفة </w:t>
      </w:r>
      <w:r>
        <w:rPr/>
        <w:t>[ التعليمات أو البند الذي خولف ]</w:t>
      </w:r>
      <w:r>
        <w:rPr/>
        <w:t xml:space="preserve"> المعمول به في </w:t>
      </w:r>
      <w:r>
        <w:rPr/>
        <w:t>[ اسم المنشأة ]</w:t>
      </w:r>
      <w:r>
        <w:rPr/>
        <w:t>.</w:t>
      </w:r>
    </w:p>
    <w:p>
      <w:pPr>
        <w:jc w:val="both"/>
      </w:pPr>
      <w:r>
        <w:rPr/>
        <w:t xml:space="preserve">وعليه نطلب منكم، اعتباراً من تاريخ هذا الخطاب، </w:t>
      </w:r>
      <w:r>
        <w:rPr/>
        <w:t>[ المطلوب من الموظف ]</w:t>
      </w:r>
      <w:r>
        <w:rPr/>
        <w:t>.</w:t>
      </w:r>
    </w:p>
    <w:p>
      <w:pPr>
        <w:jc w:val="both"/>
      </w:pPr>
      <w:r>
        <w:rPr/>
        <w:t xml:space="preserve">ونوضح أن هذا الخطاب تنبيه إداري وليس جزاءً تأديبياً، ولا يترتب عليه أي خصم من الأجر. وسنراجع الأمر معكم بعد انقضاء </w:t>
      </w:r>
      <w:r>
        <w:rPr/>
        <w:t>[ عدد الأيام حتى المراجعة ]</w:t>
      </w:r>
      <w:r>
        <w:t>‏</w:t>
      </w:r>
      <w:r>
        <w:rPr/>
        <w:t xml:space="preserve"> من الأيام على تاريخه. وإذا تكررت الواقعة، فستتخذ المنشأة ما تجيزه لائحة تنظيم العمل ونظام العمل من إجراءات، بعد الاستماع إلى إفادتكم.</w:t>
      </w:r>
    </w:p>
    <w:p>
      <w:pPr>
        <w:jc w:val="both"/>
      </w:pPr>
      <w:r>
        <w:rPr/>
        <w:t>ولكم تدوين ملاحظاتكم على ما ورد فيه في المساحة المخصصة أدناه، أو في مذكرة تسلمونها إلى إدارة الموارد البشرية.</w:t>
      </w:r>
    </w:p>
    <w:p>
      <w:pPr>
        <w:jc w:val="both"/>
      </w:pPr>
      <w:r>
        <w:rPr/>
        <w:t>وتفضلوا بقبول خالص التحية والتقدير.</w:t>
      </w:r>
    </w:p>
    <w:p>
      <w:pPr>
        <w:jc w:val="both"/>
      </w:pPr>
      <w:r>
        <w:rPr/>
        <w:t>ملاحظات الموظف: ............................................................</w:t>
      </w:r>
    </w:p>
    <w:p>
      <w:pPr>
        <w:jc w:val="both"/>
      </w:pPr>
      <w:r>
        <w:rPr/>
        <w:t>............................................................</w:t>
      </w:r>
    </w:p>
    <w:p>
      <w:pPr>
        <w:spacing w:after="0" w:line="2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3213"/>
        <w:gridCol w:w="3213"/>
        <w:gridCol w:w="3213"/>
      </w:tblGrid>
      <w:tr>
        <w:tc>
          <w:tcPr>
            <w:tcW w:type="dxa" w:w="4082"/>
          </w:tcPr>
          <w:p/>
        </w:tc>
        <w:tc>
          <w:tcPr>
            <w:tcW w:type="dxa" w:w="3515"/>
          </w:tcPr>
          <w:p>
            <w:pPr>
              <w:spacing w:after="40"/>
              <w:jc w:val="center"/>
            </w:pPr>
            <w:r>
              <w:rPr>
                <w:b/>
                <w:bCs/>
              </w:rPr>
              <w:t>[ اسم المسؤول الموقع ]</w:t>
            </w:r>
          </w:p>
          <w:p>
            <w:pPr>
              <w:spacing w:after="40"/>
              <w:jc w:val="center"/>
            </w:pPr>
            <w:r>
              <w:rPr/>
              <w:t>[ صفة المسؤول الموقع ]</w:t>
            </w:r>
          </w:p>
          <w:p>
            <w:pPr>
              <w:spacing w:before="520" w:after="0"/>
              <w:jc w:val="center"/>
              <w:pBdr>
                <w:top w:val="single" w:sz="6" w:space="2" w:color="000000"/>
              </w:pBdr>
            </w:pPr>
            <w:r>
              <w:rPr>
                <w:sz w:val="18"/>
                <w:szCs w:val="18"/>
              </w:rPr>
              <w:t>التوقيع</w:t>
            </w:r>
          </w:p>
        </w:tc>
        <w:tc>
          <w:tcPr>
            <w:tcW w:type="dxa" w:w="2041"/>
          </w:tcPr>
          <w:tbl>
            <w:tblPr>
              <w:tblW w:type="auto" w:w="0"/>
              <w:tblLook w:firstColumn="1" w:firstRow="1" w:lastColumn="0" w:lastRow="0" w:noHBand="0" w:noVBand="1" w:val="04A0"/>
              <w:bidiVisual/>
              <w:jc w:val="center"/>
            </w:tblPr>
            <w:tblGrid>
              <w:gridCol w:w="2041"/>
            </w:tblGrid>
            <w:tr>
              <w:trPr>
                <w:trHeight w:val="1814" w:hRule="exact"/>
              </w:trPr>
              <w:tc>
                <w:tcPr>
                  <w:tcW w:type="dxa" w:w="1814"/>
                  <w:vAlign w:val="center"/>
                  <w:tcBorders>
                    <w:top w:val="dashed" w:sz="6" w:space="0" w:color="000000"/>
                    <w:left w:val="dashed" w:sz="6" w:space="0" w:color="000000"/>
                    <w:bottom w:val="dashed" w:sz="6" w:space="0" w:color="000000"/>
                    <w:right w:val="dashed" w:sz="6" w:space="0" w:color="000000"/>
                  </w:tcBorders>
                </w:tcPr>
                <w:p>
                  <w:pPr>
                    <w:spacing w:after="0"/>
                    <w:jc w:val="center"/>
                  </w:pPr>
                  <w:r>
                    <w:rPr>
                      <w:sz w:val="18"/>
                      <w:szCs w:val="18"/>
                      <w:color w:val="6B6B6B"/>
                    </w:rPr>
                    <w:t>الختم</w:t>
                  </w:r>
                </w:p>
              </w:tc>
            </w:tr>
          </w:tbl>
          <w:p/>
          <w:p>
            <w:pPr>
              <w:spacing w:after="0" w:line="40" w:lineRule="exact"/>
            </w:pPr>
          </w:p>
        </w:tc>
      </w:tr>
    </w:tbl>
    <w:p>
      <w:pPr>
        <w:spacing w:before="280" w:after="60"/>
        <w:pBdr>
          <w:top w:val="single" w:sz="4" w:space="6" w:color="000000"/>
        </w:pBdr>
      </w:pPr>
      <w:r>
        <w:rPr>
          <w:b/>
          <w:bCs/>
        </w:rPr>
        <w:t>إقرار الاستلام</w:t>
      </w:r>
    </w:p>
    <w:p>
      <w:pPr>
        <w:jc w:val="both"/>
      </w:pPr>
      <w:r>
        <w:rPr/>
        <w:t>اطلعت على هذا الخطاب وتسلمت نسخة منه، وتوقيعي لا يعني موافقتي على ما ورد فيه.</w:t>
      </w:r>
    </w:p>
    <w:p>
      <w:pPr>
        <w:tabs>
          <w:tab w:val="left" w:leader="dot" w:pos="9637"/>
        </w:tabs>
        <w:spacing w:before="120"/>
      </w:pPr>
      <w:r>
        <w:rPr/>
        <w:t>الاسم:</w:t>
      </w:r>
      <w:r>
        <w:rPr/>
        <w:t xml:space="preserve"> </w:t>
      </w:r>
      <w:r>
        <w:tab/>
      </w:r>
    </w:p>
    <w:p>
      <w:pPr>
        <w:tabs>
          <w:tab w:val="left" w:leader="dot" w:pos="9637"/>
        </w:tabs>
        <w:spacing w:before="120"/>
      </w:pPr>
      <w:r>
        <w:rPr/>
        <w:t>التوقيع:</w:t>
      </w:r>
      <w:r>
        <w:rPr/>
        <w:t xml:space="preserve"> </w:t>
      </w:r>
      <w:r>
        <w:tab/>
      </w:r>
    </w:p>
    <w:p>
      <w:pPr>
        <w:tabs>
          <w:tab w:val="left" w:leader="dot" w:pos="9637"/>
        </w:tabs>
        <w:spacing w:before="120"/>
      </w:pPr>
      <w:r>
        <w:rPr/>
        <w:t>التاريخ:</w:t>
      </w:r>
      <w:r>
        <w:rPr/>
        <w:t xml:space="preserve"> </w:t>
      </w:r>
      <w:r>
        <w:tab/>
      </w:r>
    </w:p>
    <w:sectPr w:rsidR="00FC693F" w:rsidRPr="0006063C" w:rsidSect="00034616">
      <w:pgSz w:w="11906" w:h="16838"/>
      <w:pgMar w:top="794" w:right="1134" w:bottom="794" w:left="1134" w:header="454" w:footer="45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line="312" w:lineRule="auto" w:before="0" w:after="100"/>
    </w:pPr>
    <w:rPr>
      <w:rFonts w:ascii="Arial" w:hAnsi="Arial" w:cs="Arial" w:eastAsia="Arial"/>
      <w:sz w:val="22"/>
      <w:szCs w:val="22"/>
      <w:rtl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لفت نظر</dc:title>
  <dc:subject/>
  <dc:creator>قيود دوت كوم</dc:creator>
  <cp:keywords/>
  <dc:description/>
  <cp:lastModifiedBy>قيود دوت كوم</cp:lastModifiedBy>
  <cp:revision>1</cp:revision>
  <dcterms:created xsi:type="dcterms:W3CDTF">2026-10-07T00:00:00Z</dcterms:created>
  <dcterms:modified xsi:type="dcterms:W3CDTF">2026-10-07T00:00:00Z</dcterms:modified>
  <cp:category/>
</cp:coreProperties>
</file>